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ご意見・ご要望・苦情相談窓口のご案内</w:t>
      </w:r>
    </w:p>
    <w:p>
      <w:r>
        <w:t xml:space="preserve">　居宅介護支援事業所スマイルでは、利用者の皆さまが安心してサービスをご利用いただけるよう、ご意見・ご要望・苦情をお受けする窓口を設けています。お気軽にご相談ください。</w:t>
      </w:r>
    </w:p>
    <w:p>
      <w:r>
        <w:rPr>
          <w:b/>
          <w:sz w:val="24"/>
        </w:rPr>
        <w:t>■ 当事業所の苦情相談窓口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苦情受付窓口</w:t>
            </w:r>
          </w:p>
        </w:tc>
        <w:tc>
          <w:tcPr>
            <w:tcW w:type="dxa" w:w="4320"/>
          </w:tcPr>
          <w:p>
            <w:r>
              <w:t>代表　時任　謙</w:t>
            </w:r>
          </w:p>
        </w:tc>
      </w:tr>
      <w:tr>
        <w:tc>
          <w:tcPr>
            <w:tcW w:type="dxa" w:w="4320"/>
          </w:tcPr>
          <w:p>
            <w:r>
              <w:t>電　話</w:t>
            </w:r>
          </w:p>
        </w:tc>
        <w:tc>
          <w:tcPr>
            <w:tcW w:type="dxa" w:w="4320"/>
          </w:tcPr>
          <w:p>
            <w:r>
              <w:t>０８０－５３７４－９３１７（受付時間：随時）</w:t>
            </w:r>
          </w:p>
        </w:tc>
      </w:tr>
      <w:tr>
        <w:tc>
          <w:tcPr>
            <w:tcW w:type="dxa" w:w="4320"/>
          </w:tcPr>
          <w:p>
            <w:r>
              <w:t>所在地</w:t>
            </w:r>
          </w:p>
        </w:tc>
        <w:tc>
          <w:tcPr>
            <w:tcW w:type="dxa" w:w="4320"/>
          </w:tcPr>
          <w:p>
            <w:r>
              <w:t>東京都東久留米市本町４－４－６　スカイハイツ101・102</w:t>
            </w:r>
          </w:p>
        </w:tc>
      </w:tr>
      <w:tr>
        <w:tc>
          <w:tcPr>
            <w:tcW w:type="dxa" w:w="4320"/>
          </w:tcPr>
          <w:p>
            <w:r>
              <w:t>受付方法</w:t>
            </w:r>
          </w:p>
        </w:tc>
        <w:tc>
          <w:tcPr>
            <w:tcW w:type="dxa" w:w="4320"/>
          </w:tcPr>
          <w:p>
            <w:r>
              <w:t>電話・来所・書面のいずれでも受け付けます。</w:t>
            </w:r>
          </w:p>
        </w:tc>
      </w:tr>
    </w:tbl>
    <w:p/>
    <w:p>
      <w:r>
        <w:rPr>
          <w:b/>
          <w:sz w:val="24"/>
        </w:rPr>
        <w:t>■ 苦情解決の体制・手順</w:t>
      </w:r>
    </w:p>
    <w:p>
      <w:r>
        <w:t>①　受付：窓口担当者が内容をお伺いし、苦情受付記録に記録します。</w:t>
      </w:r>
    </w:p>
    <w:p>
      <w:r>
        <w:t>②　確認・調査：事実関係を確認し、必要に応じて関係者から聞き取りを行います。</w:t>
      </w:r>
    </w:p>
    <w:p>
      <w:r>
        <w:t>③　対応・改善：解決方法を検討し、改善策を実施します。</w:t>
      </w:r>
    </w:p>
    <w:p>
      <w:r>
        <w:t>④　報告：対応結果を申出者へご報告します。記録は５年間保存します。</w:t>
      </w:r>
    </w:p>
    <w:p>
      <w:r>
        <w:t>⑤　再発防止：内容を事業所内で共有し、サービスの質の向上に努めます。</w:t>
      </w:r>
    </w:p>
    <w:p>
      <w:r>
        <w:rPr>
          <w:b/>
          <w:sz w:val="24"/>
        </w:rPr>
        <w:t>■ 外部の相談窓口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東久留米市 介護福祉課（保険者）</w:t>
            </w:r>
          </w:p>
        </w:tc>
        <w:tc>
          <w:tcPr>
            <w:tcW w:type="dxa" w:w="4320"/>
          </w:tcPr>
          <w:p>
            <w:r>
              <w:t>電話　０４２－４７０－７７５０（介護サービス係直通）</w:t>
            </w:r>
          </w:p>
        </w:tc>
      </w:tr>
      <w:tr>
        <w:tc>
          <w:tcPr>
            <w:tcW w:type="dxa" w:w="4320"/>
          </w:tcPr>
          <w:p>
            <w:r>
              <w:t>東京都国民健康保険団体連合会 苦情相談</w:t>
            </w:r>
          </w:p>
        </w:tc>
        <w:tc>
          <w:tcPr>
            <w:tcW w:type="dxa" w:w="4320"/>
          </w:tcPr>
          <w:p>
            <w:r>
              <w:t>電話　０３－６２３８－０１７７</w:t>
            </w:r>
          </w:p>
        </w:tc>
      </w:tr>
      <w:tr>
        <w:tc>
          <w:tcPr>
            <w:tcW w:type="dxa" w:w="4320"/>
          </w:tcPr>
          <w:p>
            <w:r>
              <w:t>東京都 運営適正化委員会</w:t>
            </w:r>
          </w:p>
        </w:tc>
        <w:tc>
          <w:tcPr>
            <w:tcW w:type="dxa" w:w="4320"/>
          </w:tcPr>
          <w:p>
            <w:r>
              <w:t>電話　０３－５２８３－７０２１</w:t>
            </w:r>
          </w:p>
        </w:tc>
      </w:tr>
    </w:tbl>
    <w:p/>
    <w:p>
      <w:r>
        <w:t>掲示日：令和　　年　　月　　日　　　居宅介護支援事業所スマイル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ＭＳ Ｐゴシック" w:hAnsi="ＭＳ Ｐゴシック" w:eastAsia="ＭＳ Ｐゴシック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